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COMPLAINTS AND FEEDBACK FORM</w:t>
      </w:r>
    </w:p>
    <w:p>
      <w:pPr>
        <w:jc w:val="center"/>
      </w:pPr>
      <w:r>
        <w:rPr>
          <w:sz w:val="18"/>
        </w:rPr>
        <w:t>We value your feedback. Please use this form to tell us about your experience, make a suggestion, give a compliment, or raise a complaint.</w:t>
      </w:r>
    </w:p>
    <w:p>
      <w:r>
        <w:rPr>
          <w:b/>
          <w:sz w:val="22"/>
        </w:rPr>
        <w:t>1. Your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Name: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Telephone: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Email: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Address (optional):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after="60"/>
      </w:pPr>
      <w:r>
        <w:rPr>
          <w:b/>
        </w:rPr>
        <w:t xml:space="preserve">Would you like us to contact you about this?   </w:t>
      </w:r>
      <w:r>
        <w:t>☐ Yes     ☐ No</w:t>
      </w:r>
    </w:p>
    <w:p>
      <w:r>
        <w:rPr>
          <w:b/>
          <w:sz w:val="22"/>
        </w:rPr>
        <w:t>2. Type of feedback</w:t>
      </w:r>
    </w:p>
    <w:p>
      <w:pPr>
        <w:spacing w:after="60"/>
      </w:pPr>
      <w:r>
        <w:t>☐ Complaint     ☐ Suggestion     ☐ Compliment     ☐ General feedback</w:t>
      </w:r>
    </w:p>
    <w:p>
      <w:r>
        <w:rPr>
          <w:b/>
          <w:sz w:val="22"/>
        </w:rPr>
        <w:t>3.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Date of incident/visit: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Approximate time: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Service involved (if known):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Staff member involved (if known):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r>
        <w:rPr>
          <w:b/>
        </w:rPr>
        <w:t>Please tell us what happened or provide your feedback: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r>
        <w:rPr>
          <w:b/>
        </w:rPr>
        <w:t>If this is a complaint, what would you like us to do to resolve it?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r>
        <w:rPr>
          <w:b/>
          <w:sz w:val="22"/>
        </w:rPr>
        <w:t>4. Supporting information</w:t>
      </w:r>
    </w:p>
    <w:p>
      <w:r>
        <w:t>Please list any documents, photographs or other information you are providing with this form: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pPr>
        <w:spacing w:after="0"/>
      </w:pPr>
      <w:r>
        <w:t>________________________________________________________________________________________________________________</w:t>
      </w:r>
    </w:p>
    <w:p>
      <w:r>
        <w:rPr>
          <w:b/>
          <w:sz w:val="22"/>
        </w:rPr>
        <w:t>5. Declaration</w:t>
      </w:r>
    </w:p>
    <w:p>
      <w:pPr>
        <w:spacing w:after="60"/>
      </w:pPr>
      <w:r>
        <w:t>I confirm that the information I have provided is accurate to the best of my knowledge. I understand that the pharmacy may need to contact me for further information in order to review my feedback or complaint.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Signature: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Date: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100"/>
      </w:pPr>
      <w:r>
        <w:rPr>
          <w:b/>
          <w:sz w:val="21"/>
        </w:rPr>
        <w:t>For pharmacy use only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Date received: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Received by: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Reference number: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Action taken / outcome: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Date response sent: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  <w:tr>
        <w:tc>
          <w:tcPr>
            <w:tcW w:type="dxa" w:w="2880"/>
            <w:vAlign w:val="center"/>
            <w:shd w:fill="F2F2F2"/>
          </w:tcPr>
          <w:p>
            <w:r/>
            <w:r>
              <w:rPr>
                <w:rFonts w:ascii="Arial" w:hAnsi="Arial"/>
                <w:b/>
                <w:sz w:val="18"/>
              </w:rPr>
              <w:t>Closed by:</w:t>
            </w:r>
          </w:p>
        </w:tc>
        <w:tc>
          <w:tcPr>
            <w:tcW w:type="dxa" w:w="7488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</w:r>
          </w:p>
        </w:tc>
      </w:tr>
    </w:tbl>
    <w:p>
      <w:pPr>
        <w:spacing w:before="100"/>
        <w:jc w:val="center"/>
      </w:pPr>
      <w:r>
        <w:rPr>
          <w:i/>
          <w:sz w:val="16"/>
        </w:rPr>
        <w:t>Please return this form to a member of the pharmacy team. Your information will be handled confidentially and used only for managing your feedback or complaint.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